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B2855" w14:textId="77777777" w:rsidR="004F481A" w:rsidRPr="00EE5E94" w:rsidRDefault="00000000">
      <w:pPr>
        <w:pStyle w:val="TitleCustom"/>
        <w:spacing w:line="240" w:lineRule="auto"/>
        <w:jc w:val="center"/>
        <w:rPr>
          <w:lang w:val="ru-RU"/>
        </w:rPr>
      </w:pPr>
      <w:r w:rsidRPr="00EE5E94">
        <w:rPr>
          <w:lang w:val="ru-RU"/>
        </w:rPr>
        <w:t>ИНФОРМАЦИОННАЯ СПРАВКА</w:t>
      </w:r>
    </w:p>
    <w:p w14:paraId="2B9718BA" w14:textId="15E16701" w:rsidR="004F481A" w:rsidRPr="00EE5E94" w:rsidRDefault="00000000">
      <w:pPr>
        <w:pStyle w:val="TitleCustom"/>
        <w:spacing w:line="240" w:lineRule="auto"/>
        <w:jc w:val="center"/>
        <w:rPr>
          <w:lang w:val="ru-RU"/>
        </w:rPr>
      </w:pPr>
      <w:r w:rsidRPr="00EE5E94">
        <w:rPr>
          <w:lang w:val="ru-RU"/>
        </w:rPr>
        <w:t xml:space="preserve">о </w:t>
      </w:r>
      <w:r w:rsidR="0005597B">
        <w:rPr>
          <w:lang w:val="ru-RU"/>
        </w:rPr>
        <w:t>заполнении документов при выборе ВКР разных форм</w:t>
      </w:r>
    </w:p>
    <w:p w14:paraId="5E9C54DC" w14:textId="77777777" w:rsidR="004F481A" w:rsidRPr="00EE5E94" w:rsidRDefault="00000000">
      <w:pPr>
        <w:pStyle w:val="SubtitleCustom"/>
        <w:spacing w:line="240" w:lineRule="auto"/>
        <w:jc w:val="center"/>
        <w:rPr>
          <w:lang w:val="ru-RU"/>
        </w:rPr>
      </w:pPr>
      <w:r w:rsidRPr="00EE5E94">
        <w:rPr>
          <w:lang w:val="ru-RU"/>
        </w:rPr>
        <w:t>в соответствии с локальными нормативными актами Финансового университета 2026 года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0126"/>
      </w:tblGrid>
      <w:tr w:rsidR="004F481A" w14:paraId="29EF84F9" w14:textId="77777777">
        <w:trPr>
          <w:cantSplit/>
          <w:tblHeader/>
          <w:jc w:val="center"/>
        </w:trPr>
        <w:tc>
          <w:tcPr>
            <w:tcW w:w="10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706C17" w14:textId="77777777" w:rsidR="004F481A" w:rsidRDefault="00000000">
            <w:pPr>
              <w:jc w:val="center"/>
            </w:pPr>
            <w:r w:rsidRPr="00EE5E94">
              <w:rPr>
                <w:b/>
                <w:lang w:val="ru-RU"/>
              </w:rPr>
              <w:t xml:space="preserve">Главное: для всех вариантов ВКР используется единая форма заявления о закреплении темы (приложение № 1 к Положению о ВКР). </w:t>
            </w:r>
            <w:proofErr w:type="spellStart"/>
            <w:r>
              <w:rPr>
                <w:b/>
              </w:rPr>
              <w:t>Комплект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приложений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зависит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от</w:t>
            </w:r>
            <w:proofErr w:type="spellEnd"/>
            <w:r>
              <w:rPr>
                <w:b/>
              </w:rPr>
              <w:t xml:space="preserve"> выбранной темы и формата работы.</w:t>
            </w:r>
          </w:p>
        </w:tc>
      </w:tr>
    </w:tbl>
    <w:p w14:paraId="64CD1D65" w14:textId="77777777" w:rsidR="004F481A" w:rsidRDefault="004F481A">
      <w:pPr>
        <w:spacing w:line="240" w:lineRule="auto"/>
      </w:pPr>
    </w:p>
    <w:p w14:paraId="2BED9CD6" w14:textId="77777777" w:rsidR="004F481A" w:rsidRDefault="00000000">
      <w:pPr>
        <w:pStyle w:val="H1Custom"/>
        <w:spacing w:line="240" w:lineRule="auto"/>
      </w:pPr>
      <w:r>
        <w:t>1. Нормативная основа</w:t>
      </w:r>
    </w:p>
    <w:p w14:paraId="55A67BDB" w14:textId="77777777" w:rsidR="004F481A" w:rsidRPr="00EE5E94" w:rsidRDefault="00000000">
      <w:pPr>
        <w:spacing w:after="80" w:line="240" w:lineRule="auto"/>
        <w:rPr>
          <w:lang w:val="ru-RU"/>
        </w:rPr>
      </w:pPr>
      <w:r w:rsidRPr="00EE5E94">
        <w:rPr>
          <w:lang w:val="ru-RU"/>
        </w:rPr>
        <w:t>Порядок выбора темы и формата ВКР определяется следующими локальными актами Финансового университета:</w:t>
      </w:r>
    </w:p>
    <w:p w14:paraId="6EEA70A6" w14:textId="77777777" w:rsidR="004F481A" w:rsidRPr="00EE5E94" w:rsidRDefault="00000000">
      <w:pPr>
        <w:spacing w:after="44" w:line="240" w:lineRule="auto"/>
        <w:ind w:left="369" w:hanging="198"/>
        <w:rPr>
          <w:lang w:val="ru-RU"/>
        </w:rPr>
      </w:pPr>
      <w:r w:rsidRPr="00EE5E94">
        <w:rPr>
          <w:lang w:val="ru-RU"/>
        </w:rPr>
        <w:t>• Положением о выпускной квалификационной работе по образовательным программам высшего образования - программам бакалавриата, программам специалитета и программам магистратуры, утвержденным приказом Финансового университета от 30.06.2026 № 1659/о (далее - Положение о ВКР).</w:t>
      </w:r>
    </w:p>
    <w:p w14:paraId="32F08651" w14:textId="77777777" w:rsidR="004F481A" w:rsidRPr="00EE5E94" w:rsidRDefault="00000000">
      <w:pPr>
        <w:spacing w:after="44" w:line="240" w:lineRule="auto"/>
        <w:ind w:left="369" w:hanging="198"/>
        <w:rPr>
          <w:lang w:val="ru-RU"/>
        </w:rPr>
      </w:pPr>
      <w:r w:rsidRPr="00EE5E94">
        <w:rPr>
          <w:lang w:val="ru-RU"/>
        </w:rPr>
        <w:t>• Регламентом подготовки и защиты выпускной квалификационной работы, выполненной в виде проекта, утвержденным приказом Финансового университета от 10.09.2026 № 1891/о (далее - Регламент проектной ВКР).</w:t>
      </w:r>
    </w:p>
    <w:p w14:paraId="505DAE90" w14:textId="77777777" w:rsidR="004F481A" w:rsidRPr="00EE5E94" w:rsidRDefault="00000000">
      <w:pPr>
        <w:pStyle w:val="SmallCustom"/>
        <w:spacing w:line="240" w:lineRule="auto"/>
        <w:rPr>
          <w:lang w:val="ru-RU"/>
        </w:rPr>
      </w:pPr>
      <w:r w:rsidRPr="00EE5E94">
        <w:rPr>
          <w:lang w:val="ru-RU"/>
        </w:rPr>
        <w:t>Положение о ВКР применяется при подготовке и защите ВКР 2027 года. Для проектных форм ВКР дополнительно применяется Регламент проектной ВКР.</w:t>
      </w:r>
    </w:p>
    <w:p w14:paraId="34FE9BB0" w14:textId="77777777" w:rsidR="004F481A" w:rsidRPr="00EE5E94" w:rsidRDefault="00000000">
      <w:pPr>
        <w:pStyle w:val="H1Custom"/>
        <w:spacing w:line="240" w:lineRule="auto"/>
        <w:rPr>
          <w:lang w:val="ru-RU"/>
        </w:rPr>
      </w:pPr>
      <w:r w:rsidRPr="00EE5E94">
        <w:rPr>
          <w:lang w:val="ru-RU"/>
        </w:rPr>
        <w:t>2. Какие варианты выбора темы и формата предусмотрены</w:t>
      </w:r>
    </w:p>
    <w:p w14:paraId="26A76C75" w14:textId="77777777" w:rsidR="004F481A" w:rsidRPr="00EE5E94" w:rsidRDefault="00000000">
      <w:pPr>
        <w:spacing w:line="240" w:lineRule="auto"/>
        <w:rPr>
          <w:lang w:val="ru-RU"/>
        </w:rPr>
      </w:pPr>
      <w:r w:rsidRPr="00EE5E94">
        <w:rPr>
          <w:lang w:val="ru-RU"/>
        </w:rPr>
        <w:t>Студент может выбрать тему и формат ВКР одним из следующих способов (п. 2.5 Положения о ВКР):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3402"/>
        <w:gridCol w:w="4025"/>
      </w:tblGrid>
      <w:tr w:rsidR="004F481A" w:rsidRPr="00552B90" w14:paraId="7207E8A0" w14:textId="77777777">
        <w:trPr>
          <w:cantSplit/>
          <w:tblHeader/>
          <w:jc w:val="center"/>
        </w:trPr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FF87CD9" w14:textId="77777777" w:rsidR="004F481A" w:rsidRPr="00552B90" w:rsidRDefault="00000000" w:rsidP="00552B90">
            <w:pPr>
              <w:spacing w:before="30" w:after="30"/>
              <w:jc w:val="center"/>
              <w:rPr>
                <w:sz w:val="24"/>
                <w:szCs w:val="24"/>
              </w:rPr>
            </w:pPr>
            <w:proofErr w:type="spellStart"/>
            <w:r w:rsidRPr="00552B90">
              <w:rPr>
                <w:b/>
                <w:sz w:val="24"/>
                <w:szCs w:val="24"/>
              </w:rPr>
              <w:t>Вариант</w:t>
            </w:r>
            <w:proofErr w:type="spellEnd"/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ADA8172" w14:textId="77777777" w:rsidR="004F481A" w:rsidRPr="00552B90" w:rsidRDefault="00000000" w:rsidP="00552B90">
            <w:pPr>
              <w:spacing w:before="30" w:after="30"/>
              <w:jc w:val="center"/>
              <w:rPr>
                <w:sz w:val="24"/>
                <w:szCs w:val="24"/>
              </w:rPr>
            </w:pPr>
            <w:r w:rsidRPr="00552B90">
              <w:rPr>
                <w:b/>
                <w:sz w:val="24"/>
                <w:szCs w:val="24"/>
              </w:rPr>
              <w:t>Что выбирает студент</w:t>
            </w: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BA4F2EB" w14:textId="77777777" w:rsidR="004F481A" w:rsidRPr="00552B90" w:rsidRDefault="00000000" w:rsidP="00552B90">
            <w:pPr>
              <w:spacing w:before="30" w:after="30"/>
              <w:jc w:val="center"/>
              <w:rPr>
                <w:sz w:val="24"/>
                <w:szCs w:val="24"/>
              </w:rPr>
            </w:pPr>
            <w:r w:rsidRPr="00552B90">
              <w:rPr>
                <w:b/>
                <w:sz w:val="24"/>
                <w:szCs w:val="24"/>
              </w:rPr>
              <w:t>Что важно учесть</w:t>
            </w:r>
          </w:p>
        </w:tc>
      </w:tr>
      <w:tr w:rsidR="004F481A" w:rsidRPr="00552B90" w14:paraId="7167500D" w14:textId="77777777">
        <w:trPr>
          <w:cantSplit/>
          <w:jc w:val="center"/>
        </w:trPr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4385D" w14:textId="77777777" w:rsidR="004F481A" w:rsidRPr="00552B90" w:rsidRDefault="00000000">
            <w:pPr>
              <w:spacing w:before="30" w:after="30"/>
              <w:rPr>
                <w:sz w:val="24"/>
                <w:szCs w:val="24"/>
              </w:rPr>
            </w:pPr>
            <w:r w:rsidRPr="00552B90">
              <w:rPr>
                <w:sz w:val="24"/>
                <w:szCs w:val="24"/>
              </w:rPr>
              <w:t>Тема из утвержденного перечня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A31389" w14:textId="77777777" w:rsidR="004F481A" w:rsidRPr="00552B90" w:rsidRDefault="00000000">
            <w:pPr>
              <w:spacing w:before="30" w:after="30"/>
              <w:rPr>
                <w:sz w:val="24"/>
                <w:szCs w:val="24"/>
                <w:lang w:val="ru-RU"/>
              </w:rPr>
            </w:pPr>
            <w:r w:rsidRPr="00552B90">
              <w:rPr>
                <w:sz w:val="24"/>
                <w:szCs w:val="24"/>
                <w:lang w:val="ru-RU"/>
              </w:rPr>
              <w:t>Выбирается без изменения из перечня тем кафедры.</w:t>
            </w: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31611D" w14:textId="77777777" w:rsidR="004F481A" w:rsidRPr="00552B90" w:rsidRDefault="00000000">
            <w:pPr>
              <w:spacing w:before="30" w:after="30"/>
              <w:rPr>
                <w:sz w:val="24"/>
                <w:szCs w:val="24"/>
              </w:rPr>
            </w:pPr>
            <w:proofErr w:type="spellStart"/>
            <w:r w:rsidRPr="00552B90">
              <w:rPr>
                <w:sz w:val="24"/>
                <w:szCs w:val="24"/>
              </w:rPr>
              <w:t>Дополнительное</w:t>
            </w:r>
            <w:proofErr w:type="spellEnd"/>
            <w:r w:rsidRPr="00552B90">
              <w:rPr>
                <w:sz w:val="24"/>
                <w:szCs w:val="24"/>
              </w:rPr>
              <w:t xml:space="preserve"> </w:t>
            </w:r>
            <w:proofErr w:type="spellStart"/>
            <w:r w:rsidRPr="00552B90">
              <w:rPr>
                <w:sz w:val="24"/>
                <w:szCs w:val="24"/>
              </w:rPr>
              <w:t>обоснование</w:t>
            </w:r>
            <w:proofErr w:type="spellEnd"/>
            <w:r w:rsidRPr="00552B90">
              <w:rPr>
                <w:sz w:val="24"/>
                <w:szCs w:val="24"/>
              </w:rPr>
              <w:t xml:space="preserve"> </w:t>
            </w:r>
            <w:proofErr w:type="spellStart"/>
            <w:r w:rsidRPr="00552B90">
              <w:rPr>
                <w:sz w:val="24"/>
                <w:szCs w:val="24"/>
              </w:rPr>
              <w:t>не</w:t>
            </w:r>
            <w:proofErr w:type="spellEnd"/>
            <w:r w:rsidRPr="00552B90">
              <w:rPr>
                <w:sz w:val="24"/>
                <w:szCs w:val="24"/>
              </w:rPr>
              <w:t xml:space="preserve"> </w:t>
            </w:r>
            <w:proofErr w:type="spellStart"/>
            <w:r w:rsidRPr="00552B90">
              <w:rPr>
                <w:sz w:val="24"/>
                <w:szCs w:val="24"/>
              </w:rPr>
              <w:t>требуется</w:t>
            </w:r>
            <w:proofErr w:type="spellEnd"/>
            <w:r w:rsidRPr="00552B90">
              <w:rPr>
                <w:sz w:val="24"/>
                <w:szCs w:val="24"/>
              </w:rPr>
              <w:t>.</w:t>
            </w:r>
          </w:p>
        </w:tc>
      </w:tr>
      <w:tr w:rsidR="004F481A" w:rsidRPr="00552B90" w14:paraId="1CF633D6" w14:textId="77777777">
        <w:trPr>
          <w:cantSplit/>
          <w:jc w:val="center"/>
        </w:trPr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376FD9B" w14:textId="77777777" w:rsidR="004F481A" w:rsidRPr="00552B90" w:rsidRDefault="00000000">
            <w:pPr>
              <w:spacing w:before="30" w:after="30"/>
              <w:rPr>
                <w:sz w:val="24"/>
                <w:szCs w:val="24"/>
              </w:rPr>
            </w:pPr>
            <w:r w:rsidRPr="00552B90">
              <w:rPr>
                <w:sz w:val="24"/>
                <w:szCs w:val="24"/>
              </w:rPr>
              <w:t>Уточненная тема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EBF8F4" w14:textId="77777777" w:rsidR="004F481A" w:rsidRPr="00552B90" w:rsidRDefault="00000000">
            <w:pPr>
              <w:spacing w:before="30" w:after="30"/>
              <w:rPr>
                <w:sz w:val="24"/>
                <w:szCs w:val="24"/>
                <w:lang w:val="ru-RU"/>
              </w:rPr>
            </w:pPr>
            <w:r w:rsidRPr="00552B90">
              <w:rPr>
                <w:sz w:val="24"/>
                <w:szCs w:val="24"/>
                <w:lang w:val="ru-RU"/>
              </w:rPr>
              <w:t>Уточняется формулировка темы из утвержденного перечня.</w:t>
            </w: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5BA73B8" w14:textId="1D9951A8" w:rsidR="004F481A" w:rsidRPr="00552B90" w:rsidRDefault="00000000">
            <w:pPr>
              <w:spacing w:before="30" w:after="30"/>
              <w:rPr>
                <w:sz w:val="24"/>
                <w:szCs w:val="24"/>
                <w:lang w:val="ru-RU"/>
              </w:rPr>
            </w:pPr>
            <w:r w:rsidRPr="00552B90">
              <w:rPr>
                <w:sz w:val="24"/>
                <w:szCs w:val="24"/>
                <w:lang w:val="ru-RU"/>
              </w:rPr>
              <w:t>К заявлению прилагается обоснование целесообразности уточнения, согласованное с руководителем</w:t>
            </w:r>
            <w:r w:rsidR="00EE5E94" w:rsidRPr="00552B90">
              <w:rPr>
                <w:sz w:val="24"/>
                <w:szCs w:val="24"/>
                <w:lang w:val="ru-RU"/>
              </w:rPr>
              <w:t xml:space="preserve">, в </w:t>
            </w:r>
            <w:r w:rsidR="00604930">
              <w:rPr>
                <w:sz w:val="24"/>
                <w:szCs w:val="24"/>
                <w:lang w:val="ru-RU"/>
              </w:rPr>
              <w:t>рекомендованной кафедрой форме</w:t>
            </w:r>
            <w:r w:rsidRPr="00552B90">
              <w:rPr>
                <w:sz w:val="24"/>
                <w:szCs w:val="24"/>
                <w:lang w:val="ru-RU"/>
              </w:rPr>
              <w:t>.</w:t>
            </w:r>
          </w:p>
        </w:tc>
      </w:tr>
      <w:tr w:rsidR="004F481A" w:rsidRPr="00552B90" w14:paraId="16C1984F" w14:textId="77777777">
        <w:trPr>
          <w:cantSplit/>
          <w:jc w:val="center"/>
        </w:trPr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F51FD" w14:textId="77777777" w:rsidR="004F481A" w:rsidRPr="00552B90" w:rsidRDefault="00000000">
            <w:pPr>
              <w:spacing w:before="30" w:after="30"/>
              <w:rPr>
                <w:sz w:val="24"/>
                <w:szCs w:val="24"/>
              </w:rPr>
            </w:pPr>
            <w:proofErr w:type="spellStart"/>
            <w:r w:rsidRPr="00552B90">
              <w:rPr>
                <w:sz w:val="24"/>
                <w:szCs w:val="24"/>
              </w:rPr>
              <w:t>Инициативная</w:t>
            </w:r>
            <w:proofErr w:type="spellEnd"/>
            <w:r w:rsidRPr="00552B90">
              <w:rPr>
                <w:sz w:val="24"/>
                <w:szCs w:val="24"/>
              </w:rPr>
              <w:t xml:space="preserve"> </w:t>
            </w:r>
            <w:proofErr w:type="spellStart"/>
            <w:r w:rsidRPr="00552B90">
              <w:rPr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69280F" w14:textId="77777777" w:rsidR="004F481A" w:rsidRPr="00552B90" w:rsidRDefault="00000000">
            <w:pPr>
              <w:spacing w:before="30" w:after="30"/>
              <w:rPr>
                <w:sz w:val="24"/>
                <w:szCs w:val="24"/>
                <w:lang w:val="ru-RU"/>
              </w:rPr>
            </w:pPr>
            <w:r w:rsidRPr="00552B90">
              <w:rPr>
                <w:sz w:val="24"/>
                <w:szCs w:val="24"/>
                <w:lang w:val="ru-RU"/>
              </w:rPr>
              <w:t>Предлагается собственная тема, соответствующая направлению подготовки (специальности) и профилю.</w:t>
            </w: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32966D" w14:textId="76EDEB3A" w:rsidR="004F481A" w:rsidRPr="00552B90" w:rsidRDefault="00000000">
            <w:pPr>
              <w:spacing w:before="30" w:after="30"/>
              <w:rPr>
                <w:sz w:val="24"/>
                <w:szCs w:val="24"/>
                <w:lang w:val="ru-RU"/>
              </w:rPr>
            </w:pPr>
            <w:r w:rsidRPr="00552B90">
              <w:rPr>
                <w:sz w:val="24"/>
                <w:szCs w:val="24"/>
                <w:lang w:val="ru-RU"/>
              </w:rPr>
              <w:t>К заявлению прилагается обоснование целесообразности разработки темы, согласованное с руководителем</w:t>
            </w:r>
            <w:r w:rsidR="00EE5E94" w:rsidRPr="00552B90">
              <w:rPr>
                <w:sz w:val="24"/>
                <w:szCs w:val="24"/>
                <w:lang w:val="ru-RU"/>
              </w:rPr>
              <w:t xml:space="preserve">, в </w:t>
            </w:r>
            <w:r w:rsidR="00604930">
              <w:rPr>
                <w:sz w:val="24"/>
                <w:szCs w:val="24"/>
                <w:lang w:val="ru-RU"/>
              </w:rPr>
              <w:t xml:space="preserve">рекомендованной кафедрой </w:t>
            </w:r>
            <w:r w:rsidR="00EE5E94" w:rsidRPr="00552B90">
              <w:rPr>
                <w:sz w:val="24"/>
                <w:szCs w:val="24"/>
                <w:lang w:val="ru-RU"/>
              </w:rPr>
              <w:t>форме</w:t>
            </w:r>
            <w:r w:rsidRPr="00552B90">
              <w:rPr>
                <w:sz w:val="24"/>
                <w:szCs w:val="24"/>
                <w:lang w:val="ru-RU"/>
              </w:rPr>
              <w:t>.</w:t>
            </w:r>
          </w:p>
        </w:tc>
      </w:tr>
      <w:tr w:rsidR="004F481A" w:rsidRPr="00552B90" w14:paraId="3A0DB914" w14:textId="77777777">
        <w:trPr>
          <w:cantSplit/>
          <w:jc w:val="center"/>
        </w:trPr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BFCD7D5" w14:textId="77777777" w:rsidR="004F481A" w:rsidRPr="00552B90" w:rsidRDefault="00000000">
            <w:pPr>
              <w:spacing w:before="30" w:after="30"/>
              <w:rPr>
                <w:sz w:val="24"/>
                <w:szCs w:val="24"/>
              </w:rPr>
            </w:pPr>
            <w:r w:rsidRPr="00552B90">
              <w:rPr>
                <w:sz w:val="24"/>
                <w:szCs w:val="24"/>
              </w:rPr>
              <w:lastRenderedPageBreak/>
              <w:t xml:space="preserve">ВКР </w:t>
            </w:r>
            <w:proofErr w:type="spellStart"/>
            <w:r w:rsidRPr="00552B90">
              <w:rPr>
                <w:sz w:val="24"/>
                <w:szCs w:val="24"/>
              </w:rPr>
              <w:t>как</w:t>
            </w:r>
            <w:proofErr w:type="spellEnd"/>
            <w:r w:rsidRPr="00552B90">
              <w:rPr>
                <w:sz w:val="24"/>
                <w:szCs w:val="24"/>
              </w:rPr>
              <w:t xml:space="preserve"> </w:t>
            </w:r>
            <w:proofErr w:type="spellStart"/>
            <w:r w:rsidRPr="00552B90">
              <w:rPr>
                <w:sz w:val="24"/>
                <w:szCs w:val="24"/>
              </w:rPr>
              <w:t>проект</w:t>
            </w:r>
            <w:proofErr w:type="spellEnd"/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DF0C4A5" w14:textId="77777777" w:rsidR="004F481A" w:rsidRPr="00552B90" w:rsidRDefault="00000000">
            <w:pPr>
              <w:spacing w:before="30" w:after="30"/>
              <w:rPr>
                <w:sz w:val="24"/>
                <w:szCs w:val="24"/>
                <w:lang w:val="ru-RU"/>
              </w:rPr>
            </w:pPr>
            <w:r w:rsidRPr="00552B90">
              <w:rPr>
                <w:sz w:val="24"/>
                <w:szCs w:val="24"/>
                <w:lang w:val="ru-RU"/>
              </w:rPr>
              <w:t>Выбирается проектная тема от организации-заказчика либо предлагается собственная проектная тема.</w:t>
            </w: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8B4C59C" w14:textId="77777777" w:rsidR="004F481A" w:rsidRPr="00552B90" w:rsidRDefault="00000000">
            <w:pPr>
              <w:spacing w:before="30" w:after="30"/>
              <w:rPr>
                <w:sz w:val="24"/>
                <w:szCs w:val="24"/>
                <w:lang w:val="ru-RU"/>
              </w:rPr>
            </w:pPr>
            <w:r w:rsidRPr="00552B90">
              <w:rPr>
                <w:sz w:val="24"/>
                <w:szCs w:val="24"/>
                <w:lang w:val="ru-RU"/>
              </w:rPr>
              <w:t>Требуются документы от организации-заказчика: ТЗ проекта или Паспорт проекта.</w:t>
            </w:r>
          </w:p>
        </w:tc>
      </w:tr>
      <w:tr w:rsidR="004F481A" w:rsidRPr="00552B90" w14:paraId="2DCA34E0" w14:textId="77777777">
        <w:trPr>
          <w:cantSplit/>
          <w:jc w:val="center"/>
        </w:trPr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21214" w14:textId="77777777" w:rsidR="004F481A" w:rsidRPr="00552B90" w:rsidRDefault="00000000">
            <w:pPr>
              <w:spacing w:before="30" w:after="30"/>
              <w:rPr>
                <w:sz w:val="24"/>
                <w:szCs w:val="24"/>
              </w:rPr>
            </w:pPr>
            <w:r w:rsidRPr="00552B90">
              <w:rPr>
                <w:sz w:val="24"/>
                <w:szCs w:val="24"/>
              </w:rPr>
              <w:t>ВКР-</w:t>
            </w:r>
            <w:proofErr w:type="spellStart"/>
            <w:r w:rsidRPr="00552B90">
              <w:rPr>
                <w:sz w:val="24"/>
                <w:szCs w:val="24"/>
              </w:rPr>
              <w:t>стартап</w:t>
            </w:r>
            <w:proofErr w:type="spellEnd"/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C4CA1" w14:textId="77777777" w:rsidR="004F481A" w:rsidRPr="00552B90" w:rsidRDefault="00000000">
            <w:pPr>
              <w:spacing w:before="30" w:after="30"/>
              <w:rPr>
                <w:sz w:val="24"/>
                <w:szCs w:val="24"/>
                <w:lang w:val="ru-RU"/>
              </w:rPr>
            </w:pPr>
            <w:r w:rsidRPr="00552B90">
              <w:rPr>
                <w:sz w:val="24"/>
                <w:szCs w:val="24"/>
                <w:lang w:val="ru-RU"/>
              </w:rPr>
              <w:t>Выбирается или предлагается тема предпринимательского стартап-проекта.</w:t>
            </w: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147B46" w14:textId="77777777" w:rsidR="004F481A" w:rsidRPr="00552B90" w:rsidRDefault="00000000">
            <w:pPr>
              <w:spacing w:before="30" w:after="30"/>
              <w:rPr>
                <w:sz w:val="24"/>
                <w:szCs w:val="24"/>
                <w:lang w:val="ru-RU"/>
              </w:rPr>
            </w:pPr>
            <w:r w:rsidRPr="00552B90">
              <w:rPr>
                <w:sz w:val="24"/>
                <w:szCs w:val="24"/>
                <w:lang w:val="ru-RU"/>
              </w:rPr>
              <w:t>Требуется Паспорт стартапа и прохождение экспертной комиссии.</w:t>
            </w:r>
          </w:p>
        </w:tc>
      </w:tr>
      <w:tr w:rsidR="004F481A" w:rsidRPr="00552B90" w14:paraId="4C00C7BF" w14:textId="77777777">
        <w:trPr>
          <w:cantSplit/>
          <w:jc w:val="center"/>
        </w:trPr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15B465F" w14:textId="77777777" w:rsidR="004F481A" w:rsidRPr="00552B90" w:rsidRDefault="00000000">
            <w:pPr>
              <w:spacing w:before="30" w:after="30"/>
              <w:rPr>
                <w:sz w:val="24"/>
                <w:szCs w:val="24"/>
              </w:rPr>
            </w:pPr>
            <w:proofErr w:type="spellStart"/>
            <w:r w:rsidRPr="00552B90">
              <w:rPr>
                <w:sz w:val="24"/>
                <w:szCs w:val="24"/>
              </w:rPr>
              <w:t>Коллективная</w:t>
            </w:r>
            <w:proofErr w:type="spellEnd"/>
            <w:r w:rsidRPr="00552B90">
              <w:rPr>
                <w:sz w:val="24"/>
                <w:szCs w:val="24"/>
              </w:rPr>
              <w:t xml:space="preserve"> ВКР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A791E9" w14:textId="77777777" w:rsidR="004F481A" w:rsidRPr="00552B90" w:rsidRDefault="00000000">
            <w:pPr>
              <w:spacing w:before="30" w:after="30"/>
              <w:rPr>
                <w:sz w:val="24"/>
                <w:szCs w:val="24"/>
                <w:lang w:val="ru-RU"/>
              </w:rPr>
            </w:pPr>
            <w:r w:rsidRPr="00552B90">
              <w:rPr>
                <w:sz w:val="24"/>
                <w:szCs w:val="24"/>
                <w:lang w:val="ru-RU"/>
              </w:rPr>
              <w:t>Одна тема выполняется несколькими студентами с разделением предметов исследования / функциональных частей.</w:t>
            </w: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8958AF5" w14:textId="77777777" w:rsidR="004F481A" w:rsidRPr="00552B90" w:rsidRDefault="00000000">
            <w:pPr>
              <w:spacing w:before="30" w:after="30"/>
              <w:rPr>
                <w:sz w:val="24"/>
                <w:szCs w:val="24"/>
                <w:lang w:val="ru-RU"/>
              </w:rPr>
            </w:pPr>
            <w:r w:rsidRPr="00552B90">
              <w:rPr>
                <w:sz w:val="24"/>
                <w:szCs w:val="24"/>
                <w:lang w:val="ru-RU"/>
              </w:rPr>
              <w:t>В заявлении указываются участники; для коллективного проекта дополнительно фиксируются роли каждого участника.</w:t>
            </w:r>
          </w:p>
        </w:tc>
      </w:tr>
    </w:tbl>
    <w:p w14:paraId="54FBD60F" w14:textId="77777777" w:rsidR="004F481A" w:rsidRPr="00EE5E94" w:rsidRDefault="00000000">
      <w:pPr>
        <w:pStyle w:val="H1Custom"/>
        <w:pageBreakBefore/>
        <w:spacing w:line="240" w:lineRule="auto"/>
        <w:rPr>
          <w:lang w:val="ru-RU"/>
        </w:rPr>
      </w:pPr>
      <w:r w:rsidRPr="00EE5E94">
        <w:rPr>
          <w:lang w:val="ru-RU"/>
        </w:rPr>
        <w:lastRenderedPageBreak/>
        <w:t>3. Какие документы необходимо представить на кафедру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19"/>
        <w:gridCol w:w="3061"/>
        <w:gridCol w:w="2948"/>
        <w:gridCol w:w="1871"/>
      </w:tblGrid>
      <w:tr w:rsidR="004F481A" w:rsidRPr="00552B90" w14:paraId="570F2A2C" w14:textId="77777777" w:rsidTr="0005597B">
        <w:trPr>
          <w:cantSplit/>
          <w:tblHeader/>
          <w:jc w:val="center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C4FD7F6" w14:textId="77777777" w:rsidR="004F481A" w:rsidRPr="00552B90" w:rsidRDefault="00000000" w:rsidP="00552B90">
            <w:pPr>
              <w:spacing w:before="30" w:after="30"/>
              <w:jc w:val="center"/>
              <w:rPr>
                <w:sz w:val="24"/>
                <w:szCs w:val="24"/>
              </w:rPr>
            </w:pPr>
            <w:proofErr w:type="spellStart"/>
            <w:r w:rsidRPr="00552B90">
              <w:rPr>
                <w:b/>
                <w:sz w:val="24"/>
                <w:szCs w:val="24"/>
              </w:rPr>
              <w:t>Выбранный</w:t>
            </w:r>
            <w:proofErr w:type="spellEnd"/>
            <w:r w:rsidRPr="00552B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52B90">
              <w:rPr>
                <w:b/>
                <w:sz w:val="24"/>
                <w:szCs w:val="24"/>
              </w:rPr>
              <w:t>вариант</w:t>
            </w:r>
            <w:proofErr w:type="spellEnd"/>
          </w:p>
        </w:tc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E1CE263" w14:textId="77777777" w:rsidR="004F481A" w:rsidRPr="00552B90" w:rsidRDefault="00000000" w:rsidP="00552B90">
            <w:pPr>
              <w:spacing w:before="30" w:after="30"/>
              <w:jc w:val="center"/>
              <w:rPr>
                <w:sz w:val="24"/>
                <w:szCs w:val="24"/>
              </w:rPr>
            </w:pPr>
            <w:r w:rsidRPr="00552B90">
              <w:rPr>
                <w:b/>
                <w:sz w:val="24"/>
                <w:szCs w:val="24"/>
              </w:rPr>
              <w:t>Документы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525F0FE" w14:textId="77777777" w:rsidR="004F481A" w:rsidRPr="00552B90" w:rsidRDefault="00000000" w:rsidP="00552B90">
            <w:pPr>
              <w:spacing w:before="30" w:after="30"/>
              <w:jc w:val="center"/>
              <w:rPr>
                <w:sz w:val="24"/>
                <w:szCs w:val="24"/>
              </w:rPr>
            </w:pPr>
            <w:r w:rsidRPr="00552B90">
              <w:rPr>
                <w:b/>
                <w:sz w:val="24"/>
                <w:szCs w:val="24"/>
              </w:rPr>
              <w:t>Форма документа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B9B1206" w14:textId="77777777" w:rsidR="004F481A" w:rsidRPr="00552B90" w:rsidRDefault="00000000" w:rsidP="00552B90">
            <w:pPr>
              <w:spacing w:before="30" w:after="30"/>
              <w:jc w:val="center"/>
              <w:rPr>
                <w:sz w:val="24"/>
                <w:szCs w:val="24"/>
              </w:rPr>
            </w:pPr>
            <w:r w:rsidRPr="00552B90">
              <w:rPr>
                <w:b/>
                <w:sz w:val="24"/>
                <w:szCs w:val="24"/>
              </w:rPr>
              <w:t>Нормативное основание</w:t>
            </w:r>
          </w:p>
        </w:tc>
      </w:tr>
      <w:tr w:rsidR="004F481A" w:rsidRPr="00552B90" w14:paraId="13801466" w14:textId="77777777" w:rsidTr="0005597B">
        <w:trPr>
          <w:cantSplit/>
          <w:jc w:val="center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1CA73" w14:textId="77777777" w:rsidR="004F481A" w:rsidRPr="00552B90" w:rsidRDefault="00000000">
            <w:pPr>
              <w:spacing w:before="30" w:after="30"/>
              <w:rPr>
                <w:sz w:val="24"/>
                <w:szCs w:val="24"/>
              </w:rPr>
            </w:pPr>
            <w:r w:rsidRPr="00552B90">
              <w:rPr>
                <w:sz w:val="24"/>
                <w:szCs w:val="24"/>
              </w:rPr>
              <w:t>Тема из перечня</w:t>
            </w:r>
          </w:p>
        </w:tc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09045" w14:textId="77777777" w:rsidR="004F481A" w:rsidRPr="00552B90" w:rsidRDefault="00000000">
            <w:pPr>
              <w:spacing w:before="30" w:after="30"/>
              <w:rPr>
                <w:sz w:val="24"/>
                <w:szCs w:val="24"/>
                <w:lang w:val="ru-RU"/>
              </w:rPr>
            </w:pPr>
            <w:r w:rsidRPr="00552B90">
              <w:rPr>
                <w:sz w:val="24"/>
                <w:szCs w:val="24"/>
                <w:lang w:val="ru-RU"/>
              </w:rPr>
              <w:t>Заявление о закреплении темы ВКР.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B6F86" w14:textId="77777777" w:rsidR="004F481A" w:rsidRPr="00552B90" w:rsidRDefault="00000000">
            <w:pPr>
              <w:spacing w:before="30" w:after="30"/>
              <w:rPr>
                <w:sz w:val="24"/>
                <w:szCs w:val="24"/>
                <w:lang w:val="ru-RU"/>
              </w:rPr>
            </w:pPr>
            <w:r w:rsidRPr="00552B90">
              <w:rPr>
                <w:sz w:val="24"/>
                <w:szCs w:val="24"/>
                <w:lang w:val="ru-RU"/>
              </w:rPr>
              <w:t>Приложение № 1 к Положению о ВКР.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233F6" w14:textId="77777777" w:rsidR="004F481A" w:rsidRPr="00552B90" w:rsidRDefault="00000000">
            <w:pPr>
              <w:spacing w:before="30" w:after="30"/>
              <w:rPr>
                <w:sz w:val="24"/>
                <w:szCs w:val="24"/>
              </w:rPr>
            </w:pPr>
            <w:r w:rsidRPr="00552B90">
              <w:rPr>
                <w:sz w:val="24"/>
                <w:szCs w:val="24"/>
              </w:rPr>
              <w:t>п. 2.8 Положения о ВКР.</w:t>
            </w:r>
          </w:p>
        </w:tc>
      </w:tr>
      <w:tr w:rsidR="004F481A" w:rsidRPr="00552B90" w14:paraId="06E4A25B" w14:textId="77777777" w:rsidTr="0005597B">
        <w:trPr>
          <w:cantSplit/>
          <w:jc w:val="center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9B5117" w14:textId="77777777" w:rsidR="004F481A" w:rsidRPr="00552B90" w:rsidRDefault="00000000">
            <w:pPr>
              <w:spacing w:before="30" w:after="30"/>
              <w:rPr>
                <w:sz w:val="24"/>
                <w:szCs w:val="24"/>
              </w:rPr>
            </w:pPr>
            <w:r w:rsidRPr="00552B90">
              <w:rPr>
                <w:sz w:val="24"/>
                <w:szCs w:val="24"/>
              </w:rPr>
              <w:t>Уточненная тема</w:t>
            </w:r>
          </w:p>
        </w:tc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882B67F" w14:textId="77777777" w:rsidR="004F481A" w:rsidRPr="00552B90" w:rsidRDefault="00000000">
            <w:pPr>
              <w:spacing w:before="30" w:after="30"/>
              <w:rPr>
                <w:sz w:val="24"/>
                <w:szCs w:val="24"/>
                <w:lang w:val="ru-RU"/>
              </w:rPr>
            </w:pPr>
            <w:r w:rsidRPr="00552B90">
              <w:rPr>
                <w:sz w:val="24"/>
                <w:szCs w:val="24"/>
                <w:lang w:val="ru-RU"/>
              </w:rPr>
              <w:t>1) Заявление;</w:t>
            </w:r>
            <w:r w:rsidRPr="00552B90">
              <w:rPr>
                <w:sz w:val="24"/>
                <w:szCs w:val="24"/>
                <w:lang w:val="ru-RU"/>
              </w:rPr>
              <w:br/>
              <w:t>2) обоснование целесообразности уточнения темы, согласованное с руководителем.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9A0097D" w14:textId="47CD5980" w:rsidR="004F481A" w:rsidRPr="00552B90" w:rsidRDefault="00000000">
            <w:pPr>
              <w:spacing w:before="30" w:after="30"/>
              <w:rPr>
                <w:sz w:val="24"/>
                <w:szCs w:val="24"/>
                <w:lang w:val="ru-RU"/>
              </w:rPr>
            </w:pPr>
            <w:r w:rsidRPr="00552B90">
              <w:rPr>
                <w:sz w:val="24"/>
                <w:szCs w:val="24"/>
                <w:lang w:val="ru-RU"/>
              </w:rPr>
              <w:t xml:space="preserve">Заявление - приложение № 1 к Положению о ВКР. </w:t>
            </w:r>
            <w:r w:rsidR="00604930">
              <w:rPr>
                <w:sz w:val="24"/>
                <w:szCs w:val="24"/>
                <w:lang w:val="ru-RU"/>
              </w:rPr>
              <w:br/>
              <w:t xml:space="preserve">Форма обоснования, </w:t>
            </w:r>
            <w:r w:rsidR="00604930">
              <w:rPr>
                <w:sz w:val="24"/>
                <w:szCs w:val="24"/>
                <w:lang w:val="ru-RU"/>
              </w:rPr>
              <w:t>рекомендованн</w:t>
            </w:r>
            <w:r w:rsidR="00604930">
              <w:rPr>
                <w:sz w:val="24"/>
                <w:szCs w:val="24"/>
                <w:lang w:val="ru-RU"/>
              </w:rPr>
              <w:t>ая</w:t>
            </w:r>
            <w:r w:rsidR="00604930">
              <w:rPr>
                <w:sz w:val="24"/>
                <w:szCs w:val="24"/>
                <w:lang w:val="ru-RU"/>
              </w:rPr>
              <w:t xml:space="preserve"> кафедро</w:t>
            </w:r>
            <w:r w:rsidR="00604930">
              <w:rPr>
                <w:sz w:val="24"/>
                <w:szCs w:val="24"/>
                <w:lang w:val="ru-RU"/>
              </w:rPr>
              <w:t>й.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B98FB12" w14:textId="77777777" w:rsidR="004F481A" w:rsidRPr="00552B90" w:rsidRDefault="00000000">
            <w:pPr>
              <w:spacing w:before="30" w:after="30"/>
              <w:rPr>
                <w:sz w:val="24"/>
                <w:szCs w:val="24"/>
              </w:rPr>
            </w:pPr>
            <w:proofErr w:type="spellStart"/>
            <w:r w:rsidRPr="00552B90">
              <w:rPr>
                <w:sz w:val="24"/>
                <w:szCs w:val="24"/>
              </w:rPr>
              <w:t>пп</w:t>
            </w:r>
            <w:proofErr w:type="spellEnd"/>
            <w:r w:rsidRPr="00552B90">
              <w:rPr>
                <w:sz w:val="24"/>
                <w:szCs w:val="24"/>
              </w:rPr>
              <w:t>. 2.5.2, 2.6, 2.8 Положения о ВКР.</w:t>
            </w:r>
          </w:p>
        </w:tc>
      </w:tr>
      <w:tr w:rsidR="004F481A" w:rsidRPr="00552B90" w14:paraId="40411ECC" w14:textId="77777777" w:rsidTr="0005597B">
        <w:trPr>
          <w:cantSplit/>
          <w:jc w:val="center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35351C" w14:textId="77777777" w:rsidR="004F481A" w:rsidRPr="00552B90" w:rsidRDefault="00000000">
            <w:pPr>
              <w:spacing w:before="30" w:after="30"/>
              <w:rPr>
                <w:sz w:val="24"/>
                <w:szCs w:val="24"/>
              </w:rPr>
            </w:pPr>
            <w:r w:rsidRPr="00552B90">
              <w:rPr>
                <w:sz w:val="24"/>
                <w:szCs w:val="24"/>
              </w:rPr>
              <w:t>Инициативная тема</w:t>
            </w:r>
          </w:p>
        </w:tc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3218D" w14:textId="77777777" w:rsidR="004F481A" w:rsidRPr="00552B90" w:rsidRDefault="00000000">
            <w:pPr>
              <w:spacing w:before="30" w:after="30"/>
              <w:rPr>
                <w:sz w:val="24"/>
                <w:szCs w:val="24"/>
                <w:lang w:val="ru-RU"/>
              </w:rPr>
            </w:pPr>
            <w:r w:rsidRPr="00552B90">
              <w:rPr>
                <w:sz w:val="24"/>
                <w:szCs w:val="24"/>
                <w:lang w:val="ru-RU"/>
              </w:rPr>
              <w:t>1) Заявление;</w:t>
            </w:r>
            <w:r w:rsidRPr="00552B90">
              <w:rPr>
                <w:sz w:val="24"/>
                <w:szCs w:val="24"/>
                <w:lang w:val="ru-RU"/>
              </w:rPr>
              <w:br/>
              <w:t>2) обоснование целесообразности разработки собственной темы, согласованное с руководителем.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74FE27" w14:textId="77777777" w:rsidR="00604930" w:rsidRDefault="00000000">
            <w:pPr>
              <w:spacing w:before="30" w:after="30"/>
              <w:rPr>
                <w:sz w:val="24"/>
                <w:szCs w:val="24"/>
                <w:lang w:val="ru-RU"/>
              </w:rPr>
            </w:pPr>
            <w:r w:rsidRPr="00552B90">
              <w:rPr>
                <w:sz w:val="24"/>
                <w:szCs w:val="24"/>
                <w:lang w:val="ru-RU"/>
              </w:rPr>
              <w:t>Заявление - приложение № 1 к Положению о ВКР.</w:t>
            </w:r>
          </w:p>
          <w:p w14:paraId="5A6B08C5" w14:textId="2B46F0AA" w:rsidR="004F481A" w:rsidRPr="00552B90" w:rsidRDefault="00604930">
            <w:pPr>
              <w:spacing w:before="30" w:after="3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Форма обоснования, рекомендованная кафедрой.</w:t>
            </w:r>
            <w:r w:rsidR="00000000" w:rsidRPr="00552B90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C52CB" w14:textId="77777777" w:rsidR="004F481A" w:rsidRPr="00552B90" w:rsidRDefault="00000000">
            <w:pPr>
              <w:spacing w:before="30" w:after="30"/>
              <w:rPr>
                <w:sz w:val="24"/>
                <w:szCs w:val="24"/>
              </w:rPr>
            </w:pPr>
            <w:proofErr w:type="spellStart"/>
            <w:r w:rsidRPr="00552B90">
              <w:rPr>
                <w:sz w:val="24"/>
                <w:szCs w:val="24"/>
              </w:rPr>
              <w:t>пп</w:t>
            </w:r>
            <w:proofErr w:type="spellEnd"/>
            <w:r w:rsidRPr="00552B90">
              <w:rPr>
                <w:sz w:val="24"/>
                <w:szCs w:val="24"/>
              </w:rPr>
              <w:t>. 2.5.3, 2.6, 2.8 Положения о ВКР.</w:t>
            </w:r>
          </w:p>
        </w:tc>
      </w:tr>
      <w:tr w:rsidR="004F481A" w:rsidRPr="00552B90" w14:paraId="381498E1" w14:textId="77777777" w:rsidTr="0005597B">
        <w:trPr>
          <w:cantSplit/>
          <w:jc w:val="center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4744EA" w14:textId="77777777" w:rsidR="004F481A" w:rsidRPr="00552B90" w:rsidRDefault="00000000">
            <w:pPr>
              <w:spacing w:before="30" w:after="30"/>
              <w:rPr>
                <w:sz w:val="24"/>
                <w:szCs w:val="24"/>
              </w:rPr>
            </w:pPr>
            <w:r w:rsidRPr="00552B90">
              <w:rPr>
                <w:sz w:val="24"/>
                <w:szCs w:val="24"/>
              </w:rPr>
              <w:t>ВКР как проект</w:t>
            </w:r>
          </w:p>
        </w:tc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2B7F73" w14:textId="77777777" w:rsidR="004F481A" w:rsidRPr="00552B90" w:rsidRDefault="00000000">
            <w:pPr>
              <w:spacing w:before="30" w:after="30"/>
              <w:rPr>
                <w:sz w:val="24"/>
                <w:szCs w:val="24"/>
                <w:lang w:val="ru-RU"/>
              </w:rPr>
            </w:pPr>
            <w:r w:rsidRPr="00552B90">
              <w:rPr>
                <w:sz w:val="24"/>
                <w:szCs w:val="24"/>
                <w:lang w:val="ru-RU"/>
              </w:rPr>
              <w:t>1) Заявление;</w:t>
            </w:r>
            <w:r w:rsidRPr="00552B90">
              <w:rPr>
                <w:sz w:val="24"/>
                <w:szCs w:val="24"/>
                <w:lang w:val="ru-RU"/>
              </w:rPr>
              <w:br/>
              <w:t>2) оформленное и подписанное организацией-заказчиком ТЗ проекта или Паспорт проекта.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9C552B0" w14:textId="77777777" w:rsidR="004F481A" w:rsidRPr="00552B90" w:rsidRDefault="00000000">
            <w:pPr>
              <w:spacing w:before="30" w:after="30"/>
              <w:rPr>
                <w:sz w:val="24"/>
                <w:szCs w:val="24"/>
                <w:lang w:val="ru-RU"/>
              </w:rPr>
            </w:pPr>
            <w:r w:rsidRPr="00552B90">
              <w:rPr>
                <w:sz w:val="24"/>
                <w:szCs w:val="24"/>
                <w:lang w:val="ru-RU"/>
              </w:rPr>
              <w:t>Заявление - приложение № 1 к Положению о ВКР.</w:t>
            </w:r>
            <w:r w:rsidRPr="00552B90">
              <w:rPr>
                <w:sz w:val="24"/>
                <w:szCs w:val="24"/>
                <w:lang w:val="ru-RU"/>
              </w:rPr>
              <w:br/>
              <w:t>ТЗ проекта / Паспорт проекта - рекомендуемая форма приложения № 2 к Регламенту проектной ВКР.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022A10" w14:textId="77777777" w:rsidR="004F481A" w:rsidRPr="00552B90" w:rsidRDefault="00000000">
            <w:pPr>
              <w:spacing w:before="30" w:after="30"/>
              <w:rPr>
                <w:sz w:val="24"/>
                <w:szCs w:val="24"/>
              </w:rPr>
            </w:pPr>
            <w:proofErr w:type="spellStart"/>
            <w:r w:rsidRPr="00552B90">
              <w:rPr>
                <w:sz w:val="24"/>
                <w:szCs w:val="24"/>
              </w:rPr>
              <w:t>пп</w:t>
            </w:r>
            <w:proofErr w:type="spellEnd"/>
            <w:r w:rsidRPr="00552B90">
              <w:rPr>
                <w:sz w:val="24"/>
                <w:szCs w:val="24"/>
              </w:rPr>
              <w:t>. 4.2-4.4 Регламента проектной ВКР.</w:t>
            </w:r>
          </w:p>
        </w:tc>
      </w:tr>
      <w:tr w:rsidR="004F481A" w:rsidRPr="00552B90" w14:paraId="09E5A59C" w14:textId="77777777" w:rsidTr="0005597B">
        <w:trPr>
          <w:cantSplit/>
          <w:jc w:val="center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9CD41" w14:textId="77777777" w:rsidR="004F481A" w:rsidRPr="00552B90" w:rsidRDefault="00000000">
            <w:pPr>
              <w:spacing w:before="30" w:after="30"/>
              <w:rPr>
                <w:sz w:val="24"/>
                <w:szCs w:val="24"/>
              </w:rPr>
            </w:pPr>
            <w:r w:rsidRPr="00552B90">
              <w:rPr>
                <w:sz w:val="24"/>
                <w:szCs w:val="24"/>
              </w:rPr>
              <w:t>ВКР-стартап</w:t>
            </w:r>
          </w:p>
        </w:tc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83DE1B" w14:textId="77777777" w:rsidR="004F481A" w:rsidRPr="00552B90" w:rsidRDefault="00000000">
            <w:pPr>
              <w:spacing w:before="30" w:after="30"/>
              <w:rPr>
                <w:sz w:val="24"/>
                <w:szCs w:val="24"/>
                <w:lang w:val="ru-RU"/>
              </w:rPr>
            </w:pPr>
            <w:r w:rsidRPr="00552B90">
              <w:rPr>
                <w:sz w:val="24"/>
                <w:szCs w:val="24"/>
                <w:lang w:val="ru-RU"/>
              </w:rPr>
              <w:t>1) Заявление;</w:t>
            </w:r>
            <w:r w:rsidRPr="00552B90">
              <w:rPr>
                <w:sz w:val="24"/>
                <w:szCs w:val="24"/>
                <w:lang w:val="ru-RU"/>
              </w:rPr>
              <w:br/>
              <w:t>2) Паспорт стартапа - обоснование целесообразности разработки и практического применения предпринимательского проекта.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EC5AB9" w14:textId="77777777" w:rsidR="004F481A" w:rsidRPr="00552B90" w:rsidRDefault="00000000">
            <w:pPr>
              <w:spacing w:before="30" w:after="30"/>
              <w:rPr>
                <w:sz w:val="24"/>
                <w:szCs w:val="24"/>
                <w:lang w:val="ru-RU"/>
              </w:rPr>
            </w:pPr>
            <w:r w:rsidRPr="00552B90">
              <w:rPr>
                <w:sz w:val="24"/>
                <w:szCs w:val="24"/>
                <w:lang w:val="ru-RU"/>
              </w:rPr>
              <w:t>Заявление - приложение № 1 к Положению о ВКР.</w:t>
            </w:r>
            <w:r w:rsidRPr="00552B90">
              <w:rPr>
                <w:sz w:val="24"/>
                <w:szCs w:val="24"/>
                <w:lang w:val="ru-RU"/>
              </w:rPr>
              <w:br/>
              <w:t>Паспорт стартапа - приложение № 1 к Регламенту проектной ВКР.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1256D" w14:textId="77777777" w:rsidR="004F481A" w:rsidRPr="00552B90" w:rsidRDefault="00000000">
            <w:pPr>
              <w:spacing w:before="30" w:after="30"/>
              <w:rPr>
                <w:sz w:val="24"/>
                <w:szCs w:val="24"/>
                <w:lang w:val="ru-RU"/>
              </w:rPr>
            </w:pPr>
            <w:proofErr w:type="spellStart"/>
            <w:r w:rsidRPr="00552B90">
              <w:rPr>
                <w:sz w:val="24"/>
                <w:szCs w:val="24"/>
                <w:lang w:val="ru-RU"/>
              </w:rPr>
              <w:t>пп</w:t>
            </w:r>
            <w:proofErr w:type="spellEnd"/>
            <w:r w:rsidRPr="00552B90">
              <w:rPr>
                <w:sz w:val="24"/>
                <w:szCs w:val="24"/>
                <w:lang w:val="ru-RU"/>
              </w:rPr>
              <w:t xml:space="preserve">. </w:t>
            </w:r>
            <w:proofErr w:type="gramStart"/>
            <w:r w:rsidRPr="00552B90">
              <w:rPr>
                <w:sz w:val="24"/>
                <w:szCs w:val="24"/>
                <w:lang w:val="ru-RU"/>
              </w:rPr>
              <w:t>4.3-4.4</w:t>
            </w:r>
            <w:proofErr w:type="gramEnd"/>
            <w:r w:rsidRPr="00552B90">
              <w:rPr>
                <w:sz w:val="24"/>
                <w:szCs w:val="24"/>
                <w:lang w:val="ru-RU"/>
              </w:rPr>
              <w:t>, приложение № 1 к Регламенту проектной ВКР.</w:t>
            </w:r>
          </w:p>
        </w:tc>
      </w:tr>
      <w:tr w:rsidR="004F481A" w:rsidRPr="00552B90" w14:paraId="2873C53D" w14:textId="77777777" w:rsidTr="0005597B">
        <w:trPr>
          <w:cantSplit/>
          <w:jc w:val="center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A0F1170" w14:textId="77777777" w:rsidR="004F481A" w:rsidRPr="00552B90" w:rsidRDefault="00000000">
            <w:pPr>
              <w:spacing w:before="30" w:after="30"/>
              <w:rPr>
                <w:sz w:val="24"/>
                <w:szCs w:val="24"/>
              </w:rPr>
            </w:pPr>
            <w:proofErr w:type="spellStart"/>
            <w:r w:rsidRPr="00552B90">
              <w:rPr>
                <w:sz w:val="24"/>
                <w:szCs w:val="24"/>
              </w:rPr>
              <w:t>Коллективная</w:t>
            </w:r>
            <w:proofErr w:type="spellEnd"/>
            <w:r w:rsidRPr="00552B90">
              <w:rPr>
                <w:sz w:val="24"/>
                <w:szCs w:val="24"/>
              </w:rPr>
              <w:t xml:space="preserve"> ВКР</w:t>
            </w:r>
          </w:p>
        </w:tc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F1CBF44" w14:textId="77777777" w:rsidR="004F481A" w:rsidRPr="00552B90" w:rsidRDefault="00000000">
            <w:pPr>
              <w:spacing w:before="30" w:after="30"/>
              <w:rPr>
                <w:sz w:val="24"/>
                <w:szCs w:val="24"/>
                <w:lang w:val="ru-RU"/>
              </w:rPr>
            </w:pPr>
            <w:r w:rsidRPr="00552B90">
              <w:rPr>
                <w:sz w:val="24"/>
                <w:szCs w:val="24"/>
                <w:lang w:val="ru-RU"/>
              </w:rPr>
              <w:t>Заявление с указанием участников коллективной ВКР. Если работа является проектной - дополнительно ТЗ/Паспорт проекта или Паспорт стартапа.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E27BC7" w14:textId="77777777" w:rsidR="004F481A" w:rsidRPr="00552B90" w:rsidRDefault="00000000">
            <w:pPr>
              <w:spacing w:before="30" w:after="30"/>
              <w:rPr>
                <w:sz w:val="24"/>
                <w:szCs w:val="24"/>
                <w:lang w:val="ru-RU"/>
              </w:rPr>
            </w:pPr>
            <w:r w:rsidRPr="00552B90">
              <w:rPr>
                <w:sz w:val="24"/>
                <w:szCs w:val="24"/>
                <w:lang w:val="ru-RU"/>
              </w:rPr>
              <w:t>Заявление - приложение № 1 к Положению о ВКР. Проектные документы - по Регламенту проектной ВКР.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7B36699" w14:textId="77777777" w:rsidR="004F481A" w:rsidRPr="00552B90" w:rsidRDefault="00000000">
            <w:pPr>
              <w:spacing w:before="30" w:after="30"/>
              <w:rPr>
                <w:sz w:val="24"/>
                <w:szCs w:val="24"/>
                <w:lang w:val="ru-RU"/>
              </w:rPr>
            </w:pPr>
            <w:r w:rsidRPr="00552B90">
              <w:rPr>
                <w:sz w:val="24"/>
                <w:szCs w:val="24"/>
                <w:lang w:val="ru-RU"/>
              </w:rPr>
              <w:t>раздел 6 Положения о ВКР; п. 4.5 Регламента проектной ВКР.</w:t>
            </w:r>
          </w:p>
        </w:tc>
      </w:tr>
    </w:tbl>
    <w:p w14:paraId="1230372A" w14:textId="77777777" w:rsidR="00604930" w:rsidRDefault="00604930">
      <w:pPr>
        <w:pStyle w:val="H1Custom"/>
        <w:spacing w:line="240" w:lineRule="auto"/>
        <w:rPr>
          <w:lang w:val="ru-RU"/>
        </w:rPr>
      </w:pPr>
    </w:p>
    <w:p w14:paraId="2ABB242C" w14:textId="77777777" w:rsidR="00604930" w:rsidRDefault="00604930">
      <w:pPr>
        <w:rPr>
          <w:b/>
          <w:lang w:val="ru-RU"/>
        </w:rPr>
      </w:pPr>
      <w:r>
        <w:rPr>
          <w:lang w:val="ru-RU"/>
        </w:rPr>
        <w:br w:type="page"/>
      </w:r>
    </w:p>
    <w:p w14:paraId="7C627DD6" w14:textId="5EC0EFC4" w:rsidR="004F481A" w:rsidRPr="00EE5E94" w:rsidRDefault="00000000">
      <w:pPr>
        <w:pStyle w:val="H1Custom"/>
        <w:spacing w:line="240" w:lineRule="auto"/>
        <w:rPr>
          <w:lang w:val="ru-RU"/>
        </w:rPr>
      </w:pPr>
      <w:r w:rsidRPr="00EE5E94">
        <w:rPr>
          <w:lang w:val="ru-RU"/>
        </w:rPr>
        <w:lastRenderedPageBreak/>
        <w:t>4. Особенности ВКР как проекта</w:t>
      </w:r>
    </w:p>
    <w:p w14:paraId="69828249" w14:textId="77777777" w:rsidR="004F481A" w:rsidRPr="00EE5E94" w:rsidRDefault="00000000">
      <w:pPr>
        <w:spacing w:line="240" w:lineRule="auto"/>
        <w:rPr>
          <w:lang w:val="ru-RU"/>
        </w:rPr>
      </w:pPr>
      <w:r w:rsidRPr="00EE5E94">
        <w:rPr>
          <w:lang w:val="ru-RU"/>
        </w:rPr>
        <w:t>Если студент выбирает формат «ВКР как проект», необходимо учитывать следующие требования:</w:t>
      </w:r>
    </w:p>
    <w:p w14:paraId="4ECD1AFC" w14:textId="77777777" w:rsidR="004F481A" w:rsidRPr="00EE5E94" w:rsidRDefault="00000000">
      <w:pPr>
        <w:spacing w:after="44" w:line="240" w:lineRule="auto"/>
        <w:ind w:left="369" w:hanging="198"/>
        <w:rPr>
          <w:lang w:val="ru-RU"/>
        </w:rPr>
      </w:pPr>
      <w:r w:rsidRPr="00EE5E94">
        <w:rPr>
          <w:lang w:val="ru-RU"/>
        </w:rPr>
        <w:t>• ТЗ проекта или Паспорт проекта должны быть оформлены и подписаны организацией-заказчиком и содержать отметку о согласии на реализацию проекта данным студентом (п. 4.3 Регламента проектной ВКР).</w:t>
      </w:r>
    </w:p>
    <w:p w14:paraId="2D91280A" w14:textId="77777777" w:rsidR="004F481A" w:rsidRPr="00EE5E94" w:rsidRDefault="00000000">
      <w:pPr>
        <w:spacing w:after="44" w:line="240" w:lineRule="auto"/>
        <w:ind w:left="369" w:hanging="198"/>
        <w:rPr>
          <w:lang w:val="ru-RU"/>
        </w:rPr>
      </w:pPr>
      <w:r w:rsidRPr="00EE5E94">
        <w:rPr>
          <w:lang w:val="ru-RU"/>
        </w:rPr>
        <w:t>• В документе при наличии указываются обязательство организации оказывать содействие студенту и сведения о консультанте от организации-заказчика (п. 4.3 Регламента).</w:t>
      </w:r>
    </w:p>
    <w:p w14:paraId="34B9D017" w14:textId="77777777" w:rsidR="004F481A" w:rsidRPr="00EE5E94" w:rsidRDefault="00000000">
      <w:pPr>
        <w:spacing w:after="44" w:line="240" w:lineRule="auto"/>
        <w:ind w:left="369" w:hanging="198"/>
        <w:rPr>
          <w:lang w:val="ru-RU"/>
        </w:rPr>
      </w:pPr>
      <w:r w:rsidRPr="00EE5E94">
        <w:rPr>
          <w:lang w:val="ru-RU"/>
        </w:rPr>
        <w:t>• Если тема предложена студентом самостоятельно по результатам взаимодействия с организацией-заказчиком, обязательным условием является наличие ТЗ проекта или Паспорта проекта, а также соглашения (договора) о сотрудничестве между организацией-заказчиком и Финансовым университетом (п. 4.2 Регламента).</w:t>
      </w:r>
    </w:p>
    <w:p w14:paraId="5770CEA2" w14:textId="77777777" w:rsidR="004F481A" w:rsidRPr="00EE5E94" w:rsidRDefault="00000000">
      <w:pPr>
        <w:spacing w:after="44" w:line="240" w:lineRule="auto"/>
        <w:ind w:left="369" w:hanging="198"/>
        <w:rPr>
          <w:lang w:val="ru-RU"/>
        </w:rPr>
      </w:pPr>
      <w:r w:rsidRPr="00EE5E94">
        <w:rPr>
          <w:lang w:val="ru-RU"/>
        </w:rPr>
        <w:t>• До подачи документов тема и ТЗ проекта (Паспорт проекта) согласовываются с потенциальным руководителем ВКР (п. 4.4 Регламента).</w:t>
      </w:r>
    </w:p>
    <w:p w14:paraId="1DB3F33F" w14:textId="77777777" w:rsidR="004F481A" w:rsidRPr="00EE5E94" w:rsidRDefault="00000000">
      <w:pPr>
        <w:spacing w:after="44" w:line="240" w:lineRule="auto"/>
        <w:ind w:left="369" w:hanging="198"/>
        <w:rPr>
          <w:lang w:val="ru-RU"/>
        </w:rPr>
      </w:pPr>
      <w:r w:rsidRPr="00EE5E94">
        <w:rPr>
          <w:lang w:val="ru-RU"/>
        </w:rPr>
        <w:t>• Для ВКР как проекта отдельная экспертная комиссия не создается. Кафедра самостоятельно проводит экспертизу проекта на соответствие направлению подготовки, уровню квалификации, наличие аналитической составляющей и возможность защиты результатов как ВКР (п. 4.9 Регламента).</w:t>
      </w:r>
    </w:p>
    <w:p w14:paraId="1B877BED" w14:textId="77777777" w:rsidR="004F481A" w:rsidRPr="00EE5E94" w:rsidRDefault="00000000">
      <w:pPr>
        <w:pStyle w:val="H1Custom"/>
        <w:spacing w:line="240" w:lineRule="auto"/>
        <w:rPr>
          <w:lang w:val="ru-RU"/>
        </w:rPr>
      </w:pPr>
      <w:r w:rsidRPr="00EE5E94">
        <w:rPr>
          <w:lang w:val="ru-RU"/>
        </w:rPr>
        <w:t>5. Особенности ВКР-стартапа</w:t>
      </w:r>
    </w:p>
    <w:p w14:paraId="37A9E3E0" w14:textId="77777777" w:rsidR="004F481A" w:rsidRPr="00EE5E94" w:rsidRDefault="00000000">
      <w:pPr>
        <w:spacing w:line="240" w:lineRule="auto"/>
        <w:rPr>
          <w:lang w:val="ru-RU"/>
        </w:rPr>
      </w:pPr>
      <w:r w:rsidRPr="00EE5E94">
        <w:rPr>
          <w:lang w:val="ru-RU"/>
        </w:rPr>
        <w:t>При выборе формата «ВКР-стартап» студент представляет Паспорт стартапа по приложению № 1 к Регламенту проектной ВКР. Паспорт должен раскрывать, в частности:</w:t>
      </w:r>
    </w:p>
    <w:p w14:paraId="0B97EBBC" w14:textId="77777777" w:rsidR="004F481A" w:rsidRPr="00EE5E94" w:rsidRDefault="00000000">
      <w:pPr>
        <w:spacing w:after="44" w:line="240" w:lineRule="auto"/>
        <w:ind w:left="369" w:hanging="198"/>
        <w:rPr>
          <w:lang w:val="ru-RU"/>
        </w:rPr>
      </w:pPr>
      <w:r w:rsidRPr="00EE5E94">
        <w:rPr>
          <w:lang w:val="ru-RU"/>
        </w:rPr>
        <w:t>• название и команду стартапа;</w:t>
      </w:r>
    </w:p>
    <w:p w14:paraId="5E3B393A" w14:textId="77777777" w:rsidR="004F481A" w:rsidRPr="00EE5E94" w:rsidRDefault="00000000">
      <w:pPr>
        <w:spacing w:after="44" w:line="240" w:lineRule="auto"/>
        <w:ind w:left="369" w:hanging="198"/>
        <w:rPr>
          <w:lang w:val="ru-RU"/>
        </w:rPr>
      </w:pPr>
      <w:r w:rsidRPr="00EE5E94">
        <w:rPr>
          <w:lang w:val="ru-RU"/>
        </w:rPr>
        <w:t xml:space="preserve">• технологичность и </w:t>
      </w:r>
      <w:proofErr w:type="spellStart"/>
      <w:r w:rsidRPr="00EE5E94">
        <w:rPr>
          <w:lang w:val="ru-RU"/>
        </w:rPr>
        <w:t>наукоемкость</w:t>
      </w:r>
      <w:proofErr w:type="spellEnd"/>
      <w:r w:rsidRPr="00EE5E94">
        <w:rPr>
          <w:lang w:val="ru-RU"/>
        </w:rPr>
        <w:t xml:space="preserve"> стартапа;</w:t>
      </w:r>
    </w:p>
    <w:p w14:paraId="210F4D2D" w14:textId="77777777" w:rsidR="004F481A" w:rsidRPr="00EE5E94" w:rsidRDefault="00000000">
      <w:pPr>
        <w:spacing w:after="44" w:line="240" w:lineRule="auto"/>
        <w:ind w:left="369" w:hanging="198"/>
        <w:rPr>
          <w:lang w:val="ru-RU"/>
        </w:rPr>
      </w:pPr>
      <w:r w:rsidRPr="00EE5E94">
        <w:rPr>
          <w:lang w:val="ru-RU"/>
        </w:rPr>
        <w:t>• описание продукта / решения;</w:t>
      </w:r>
    </w:p>
    <w:p w14:paraId="6310686D" w14:textId="77777777" w:rsidR="004F481A" w:rsidRPr="00EE5E94" w:rsidRDefault="00000000">
      <w:pPr>
        <w:spacing w:after="44" w:line="240" w:lineRule="auto"/>
        <w:ind w:left="369" w:hanging="198"/>
        <w:rPr>
          <w:lang w:val="ru-RU"/>
        </w:rPr>
      </w:pPr>
      <w:r w:rsidRPr="00EE5E94">
        <w:rPr>
          <w:lang w:val="ru-RU"/>
        </w:rPr>
        <w:t>• целевую аудиторию;</w:t>
      </w:r>
    </w:p>
    <w:p w14:paraId="0782F677" w14:textId="77777777" w:rsidR="004F481A" w:rsidRPr="00EE5E94" w:rsidRDefault="00000000">
      <w:pPr>
        <w:spacing w:after="44" w:line="240" w:lineRule="auto"/>
        <w:ind w:left="369" w:hanging="198"/>
        <w:rPr>
          <w:lang w:val="ru-RU"/>
        </w:rPr>
      </w:pPr>
      <w:r w:rsidRPr="00EE5E94">
        <w:rPr>
          <w:lang w:val="ru-RU"/>
        </w:rPr>
        <w:t>• уникальную идею бизнеса и новизну;</w:t>
      </w:r>
    </w:p>
    <w:p w14:paraId="4635F70A" w14:textId="77777777" w:rsidR="004F481A" w:rsidRPr="00EE5E94" w:rsidRDefault="00000000">
      <w:pPr>
        <w:spacing w:after="44" w:line="240" w:lineRule="auto"/>
        <w:ind w:left="369" w:hanging="198"/>
        <w:rPr>
          <w:lang w:val="ru-RU"/>
        </w:rPr>
      </w:pPr>
      <w:r w:rsidRPr="00EE5E94">
        <w:rPr>
          <w:lang w:val="ru-RU"/>
        </w:rPr>
        <w:t>• потенциал развития и коммерциализации;</w:t>
      </w:r>
    </w:p>
    <w:p w14:paraId="1F53233C" w14:textId="77777777" w:rsidR="004F481A" w:rsidRPr="00EE5E94" w:rsidRDefault="00000000">
      <w:pPr>
        <w:spacing w:after="44" w:line="240" w:lineRule="auto"/>
        <w:ind w:left="369" w:hanging="198"/>
        <w:rPr>
          <w:lang w:val="ru-RU"/>
        </w:rPr>
      </w:pPr>
      <w:r w:rsidRPr="00EE5E94">
        <w:rPr>
          <w:lang w:val="ru-RU"/>
        </w:rPr>
        <w:t>• масштабируемость;</w:t>
      </w:r>
    </w:p>
    <w:p w14:paraId="537B7E27" w14:textId="77777777" w:rsidR="004F481A" w:rsidRPr="00EE5E94" w:rsidRDefault="00000000">
      <w:pPr>
        <w:spacing w:after="44" w:line="240" w:lineRule="auto"/>
        <w:ind w:left="369" w:hanging="198"/>
        <w:rPr>
          <w:lang w:val="ru-RU"/>
        </w:rPr>
      </w:pPr>
      <w:r w:rsidRPr="00EE5E94">
        <w:rPr>
          <w:lang w:val="ru-RU"/>
        </w:rPr>
        <w:t>• предполагаемый объем финансирования и минимальные стартовые затраты;</w:t>
      </w:r>
    </w:p>
    <w:p w14:paraId="43A37157" w14:textId="77777777" w:rsidR="004F481A" w:rsidRPr="00EE5E94" w:rsidRDefault="00000000">
      <w:pPr>
        <w:spacing w:after="44" w:line="240" w:lineRule="auto"/>
        <w:ind w:left="369" w:hanging="198"/>
        <w:rPr>
          <w:lang w:val="ru-RU"/>
        </w:rPr>
      </w:pPr>
      <w:r w:rsidRPr="00EE5E94">
        <w:rPr>
          <w:lang w:val="ru-RU"/>
        </w:rPr>
        <w:t>• оценку потенциала рынка и рентабельности.</w:t>
      </w:r>
    </w:p>
    <w:p w14:paraId="703FE1E8" w14:textId="77777777" w:rsidR="004F481A" w:rsidRPr="00EE5E94" w:rsidRDefault="00000000">
      <w:pPr>
        <w:spacing w:before="80" w:line="240" w:lineRule="auto"/>
        <w:rPr>
          <w:lang w:val="ru-RU"/>
        </w:rPr>
      </w:pPr>
      <w:r w:rsidRPr="00EE5E94">
        <w:rPr>
          <w:b/>
          <w:lang w:val="ru-RU"/>
        </w:rPr>
        <w:t xml:space="preserve">После подачи заявления и Паспорта стартапа кафедра направляет документы в экспертную комиссию (п. 4.7 Регламента). </w:t>
      </w:r>
      <w:r w:rsidRPr="00EE5E94">
        <w:rPr>
          <w:lang w:val="ru-RU"/>
        </w:rPr>
        <w:t xml:space="preserve">Экспертная комиссия оценивает возможность выполнения работы в формате ВКР-стартапа. Положительное решение является основанием для закрепления темы в этом формате; при </w:t>
      </w:r>
      <w:r w:rsidRPr="00EE5E94">
        <w:rPr>
          <w:lang w:val="ru-RU"/>
        </w:rPr>
        <w:lastRenderedPageBreak/>
        <w:t>отрицательном решении студент оформляет новое заявление с учетом выполнения ВКР в общем формате (п. 4.8 Регламента).</w:t>
      </w:r>
    </w:p>
    <w:p w14:paraId="5DCA702C" w14:textId="77777777" w:rsidR="004F481A" w:rsidRPr="00EE5E94" w:rsidRDefault="00000000">
      <w:pPr>
        <w:spacing w:line="240" w:lineRule="auto"/>
        <w:rPr>
          <w:lang w:val="ru-RU"/>
        </w:rPr>
      </w:pPr>
      <w:r w:rsidRPr="00EE5E94">
        <w:rPr>
          <w:lang w:val="ru-RU"/>
        </w:rPr>
        <w:t>Если стартап связан с организацией, на базе которой выполнялись проектные или исследовательские работы либо планируется внедрение результатов, согласование с организацией может оформляться заявкой на выполнение проекта в произвольной форме или согласованием на Паспорте стартапа (п. 4.6 Регламента).</w:t>
      </w:r>
    </w:p>
    <w:p w14:paraId="3A3E4198" w14:textId="77777777" w:rsidR="004F481A" w:rsidRPr="00EE5E94" w:rsidRDefault="00000000">
      <w:pPr>
        <w:pStyle w:val="H1Custom"/>
        <w:spacing w:line="240" w:lineRule="auto"/>
        <w:rPr>
          <w:lang w:val="ru-RU"/>
        </w:rPr>
      </w:pPr>
      <w:r w:rsidRPr="00EE5E94">
        <w:rPr>
          <w:lang w:val="ru-RU"/>
        </w:rPr>
        <w:t>6. Коллективная проектная ВКР</w:t>
      </w:r>
    </w:p>
    <w:p w14:paraId="0167367F" w14:textId="77777777" w:rsidR="004F481A" w:rsidRPr="00EE5E94" w:rsidRDefault="00000000">
      <w:pPr>
        <w:spacing w:after="44" w:line="240" w:lineRule="auto"/>
        <w:ind w:left="369" w:hanging="198"/>
        <w:rPr>
          <w:lang w:val="ru-RU"/>
        </w:rPr>
      </w:pPr>
      <w:r w:rsidRPr="00EE5E94">
        <w:rPr>
          <w:lang w:val="ru-RU"/>
        </w:rPr>
        <w:t>• В заявлении должны быть указаны все участники коллективной ВКР.</w:t>
      </w:r>
    </w:p>
    <w:p w14:paraId="6FA2442E" w14:textId="77777777" w:rsidR="004F481A" w:rsidRPr="00EE5E94" w:rsidRDefault="00000000">
      <w:pPr>
        <w:spacing w:after="44" w:line="240" w:lineRule="auto"/>
        <w:ind w:left="369" w:hanging="198"/>
        <w:rPr>
          <w:lang w:val="ru-RU"/>
        </w:rPr>
      </w:pPr>
      <w:r w:rsidRPr="00EE5E94">
        <w:rPr>
          <w:lang w:val="ru-RU"/>
        </w:rPr>
        <w:t>• Если коллективная проектная ВКР выполняется студентами разных факультетов, каждый студент подает заявление на имя заведующего своей кафедрой; в каждом заявлении перечисляются все участники команды с указанием группы и факультета (п. 4.5 Регламента).</w:t>
      </w:r>
    </w:p>
    <w:p w14:paraId="3F1E92B2" w14:textId="77777777" w:rsidR="004F481A" w:rsidRPr="00EE5E94" w:rsidRDefault="00000000">
      <w:pPr>
        <w:spacing w:after="44" w:line="240" w:lineRule="auto"/>
        <w:ind w:left="369" w:hanging="198"/>
        <w:rPr>
          <w:lang w:val="ru-RU"/>
        </w:rPr>
      </w:pPr>
      <w:r w:rsidRPr="00EE5E94">
        <w:rPr>
          <w:lang w:val="ru-RU"/>
        </w:rPr>
        <w:t>• Согласованный ТЗ проекта, Паспорт проекта или Паспорт стартапа должен содержать сведения о роли каждого участника в выполнении задач и достижении результата проекта (п. 4.5 Регламента).</w:t>
      </w:r>
    </w:p>
    <w:p w14:paraId="2429B5B9" w14:textId="77777777" w:rsidR="00DA3B78" w:rsidRPr="00EE5E94" w:rsidRDefault="00DA3B78">
      <w:pPr>
        <w:rPr>
          <w:lang w:val="ru-RU"/>
        </w:rPr>
      </w:pPr>
    </w:p>
    <w:sectPr w:rsidR="00DA3B78" w:rsidRPr="00EE5E94" w:rsidSect="00034616">
      <w:footerReference w:type="default" r:id="rId8"/>
      <w:pgSz w:w="12240" w:h="15840"/>
      <w:pgMar w:top="964" w:right="96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EDA24" w14:textId="77777777" w:rsidR="00DA3B78" w:rsidRDefault="00DA3B78">
      <w:pPr>
        <w:spacing w:after="0" w:line="240" w:lineRule="auto"/>
      </w:pPr>
      <w:r>
        <w:separator/>
      </w:r>
    </w:p>
  </w:endnote>
  <w:endnote w:type="continuationSeparator" w:id="0">
    <w:p w14:paraId="5B3E01C4" w14:textId="77777777" w:rsidR="00DA3B78" w:rsidRDefault="00DA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1518305"/>
      <w:docPartObj>
        <w:docPartGallery w:val="Page Numbers (Bottom of Page)"/>
        <w:docPartUnique/>
      </w:docPartObj>
    </w:sdtPr>
    <w:sdtContent>
      <w:p w14:paraId="652C94BC" w14:textId="648B410A" w:rsidR="00EE5E94" w:rsidRDefault="00EE5E9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5BE14A77" w14:textId="77777777" w:rsidR="00EE5E94" w:rsidRDefault="00EE5E9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CEA56" w14:textId="77777777" w:rsidR="00DA3B78" w:rsidRDefault="00DA3B78">
      <w:pPr>
        <w:spacing w:after="0" w:line="240" w:lineRule="auto"/>
      </w:pPr>
      <w:r>
        <w:separator/>
      </w:r>
    </w:p>
  </w:footnote>
  <w:footnote w:type="continuationSeparator" w:id="0">
    <w:p w14:paraId="43385D68" w14:textId="77777777" w:rsidR="00DA3B78" w:rsidRDefault="00DA3B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6908404">
    <w:abstractNumId w:val="8"/>
  </w:num>
  <w:num w:numId="2" w16cid:durableId="21633444">
    <w:abstractNumId w:val="6"/>
  </w:num>
  <w:num w:numId="3" w16cid:durableId="577519623">
    <w:abstractNumId w:val="5"/>
  </w:num>
  <w:num w:numId="4" w16cid:durableId="1818569308">
    <w:abstractNumId w:val="4"/>
  </w:num>
  <w:num w:numId="5" w16cid:durableId="1716537663">
    <w:abstractNumId w:val="7"/>
  </w:num>
  <w:num w:numId="6" w16cid:durableId="2060015241">
    <w:abstractNumId w:val="3"/>
  </w:num>
  <w:num w:numId="7" w16cid:durableId="1176309778">
    <w:abstractNumId w:val="2"/>
  </w:num>
  <w:num w:numId="8" w16cid:durableId="1252734802">
    <w:abstractNumId w:val="1"/>
  </w:num>
  <w:num w:numId="9" w16cid:durableId="2144807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597B"/>
    <w:rsid w:val="0006063C"/>
    <w:rsid w:val="0015074B"/>
    <w:rsid w:val="0029639D"/>
    <w:rsid w:val="00326F90"/>
    <w:rsid w:val="004F481A"/>
    <w:rsid w:val="00552B90"/>
    <w:rsid w:val="00604930"/>
    <w:rsid w:val="00AA1D8D"/>
    <w:rsid w:val="00B47730"/>
    <w:rsid w:val="00CB0664"/>
    <w:rsid w:val="00DA3B78"/>
    <w:rsid w:val="00E9514C"/>
    <w:rsid w:val="00EE5E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5DA1B5"/>
  <w14:defaultImageDpi w14:val="300"/>
  <w15:docId w15:val="{7AABF29B-A889-4EB1-8F7D-728E3C8F2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  <w:rPr>
      <w:rFonts w:ascii="Times New Roman" w:eastAsia="Times New Roman" w:hAnsi="Times New Roman"/>
      <w:color w:val="000000"/>
      <w:sz w:val="28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  <w:rPr>
      <w:rFonts w:ascii="Times New Roman" w:eastAsia="Times New Roman" w:hAnsi="Times New Roman"/>
      <w:color w:val="000000"/>
      <w:sz w:val="28"/>
    </w:rPr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/>
      <w:color w:val="000000"/>
      <w:sz w:val="28"/>
    </w:r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28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8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  <w:rPr>
      <w:rFonts w:ascii="Times New Roman" w:eastAsia="Times New Roman" w:hAnsi="Times New Roman"/>
      <w:color w:val="000000"/>
      <w:sz w:val="28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  <w:rPr>
      <w:rFonts w:ascii="Times New Roman" w:eastAsia="Times New Roman" w:hAnsi="Times New Roman"/>
      <w:color w:val="000000"/>
      <w:sz w:val="28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rFonts w:ascii="Times New Roman" w:eastAsia="Times New Roman" w:hAnsi="Times New Roman"/>
      <w:color w:val="000000"/>
      <w:sz w:val="28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/>
      <w:color w:val="000000"/>
      <w:sz w:val="28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Times New Roman" w:eastAsia="Times New Roman" w:hAnsi="Times New Roman"/>
      <w:color w:val="000000"/>
      <w:sz w:val="28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</w:rPr>
  </w:style>
  <w:style w:type="character" w:customStyle="1" w:styleId="28">
    <w:name w:val="Цитата 2 Знак"/>
    <w:basedOn w:val="a2"/>
    <w:link w:val="27"/>
    <w:uiPriority w:val="29"/>
    <w:rsid w:val="00FC693F"/>
    <w:rPr>
      <w:rFonts w:ascii="Times New Roman" w:eastAsia="Times New Roman" w:hAnsi="Times New Roman"/>
      <w:i/>
      <w:iCs/>
      <w:color w:val="000000"/>
      <w:sz w:val="28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  <w:sz w:val="28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000000"/>
      <w:sz w:val="28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8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8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000000"/>
      <w:sz w:val="28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8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Cs w:val="18"/>
    </w:rPr>
  </w:style>
  <w:style w:type="character" w:styleId="af6">
    <w:name w:val="Strong"/>
    <w:basedOn w:val="a2"/>
    <w:uiPriority w:val="22"/>
    <w:qFormat/>
    <w:rsid w:val="00FC693F"/>
    <w:rPr>
      <w:rFonts w:ascii="Times New Roman" w:eastAsia="Times New Roman" w:hAnsi="Times New Roman"/>
      <w:b/>
      <w:bCs/>
      <w:color w:val="000000"/>
      <w:sz w:val="28"/>
    </w:rPr>
  </w:style>
  <w:style w:type="character" w:styleId="af7">
    <w:name w:val="Emphasis"/>
    <w:basedOn w:val="a2"/>
    <w:uiPriority w:val="20"/>
    <w:qFormat/>
    <w:rsid w:val="00FC693F"/>
    <w:rPr>
      <w:rFonts w:ascii="Times New Roman" w:eastAsia="Times New Roman" w:hAnsi="Times New Roman"/>
      <w:i/>
      <w:iCs/>
      <w:color w:val="000000"/>
      <w:sz w:val="28"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rFonts w:ascii="Times New Roman" w:eastAsia="Times New Roman" w:hAnsi="Times New Roman"/>
      <w:b/>
      <w:bCs/>
      <w:i/>
      <w:iCs/>
      <w:color w:val="000000"/>
      <w:sz w:val="28"/>
    </w:rPr>
  </w:style>
  <w:style w:type="character" w:styleId="afa">
    <w:name w:val="Subtle Emphasis"/>
    <w:basedOn w:val="a2"/>
    <w:uiPriority w:val="19"/>
    <w:qFormat/>
    <w:rsid w:val="00FC693F"/>
    <w:rPr>
      <w:rFonts w:ascii="Times New Roman" w:eastAsia="Times New Roman" w:hAnsi="Times New Roman"/>
      <w:i/>
      <w:iCs/>
      <w:color w:val="000000"/>
      <w:sz w:val="28"/>
    </w:rPr>
  </w:style>
  <w:style w:type="character" w:styleId="afb">
    <w:name w:val="Intense Emphasis"/>
    <w:basedOn w:val="a2"/>
    <w:uiPriority w:val="21"/>
    <w:qFormat/>
    <w:rsid w:val="00FC693F"/>
    <w:rPr>
      <w:rFonts w:ascii="Times New Roman" w:eastAsia="Times New Roman" w:hAnsi="Times New Roman"/>
      <w:b/>
      <w:bCs/>
      <w:i/>
      <w:iCs/>
      <w:color w:val="000000"/>
      <w:sz w:val="28"/>
    </w:rPr>
  </w:style>
  <w:style w:type="character" w:styleId="afc">
    <w:name w:val="Subtle Reference"/>
    <w:basedOn w:val="a2"/>
    <w:uiPriority w:val="31"/>
    <w:qFormat/>
    <w:rsid w:val="00FC693F"/>
    <w:rPr>
      <w:rFonts w:ascii="Times New Roman" w:eastAsia="Times New Roman" w:hAnsi="Times New Roman"/>
      <w:smallCaps/>
      <w:color w:val="000000"/>
      <w:sz w:val="28"/>
      <w:u w:val="single"/>
    </w:rPr>
  </w:style>
  <w:style w:type="character" w:styleId="afd">
    <w:name w:val="Intense Reference"/>
    <w:basedOn w:val="a2"/>
    <w:uiPriority w:val="32"/>
    <w:qFormat/>
    <w:rsid w:val="00FC693F"/>
    <w:rPr>
      <w:rFonts w:ascii="Times New Roman" w:eastAsia="Times New Roman" w:hAnsi="Times New Roman"/>
      <w:b/>
      <w:bCs/>
      <w:smallCaps/>
      <w:color w:val="000000"/>
      <w:spacing w:val="5"/>
      <w:sz w:val="28"/>
      <w:u w:val="single"/>
    </w:rPr>
  </w:style>
  <w:style w:type="character" w:styleId="afe">
    <w:name w:val="Book Title"/>
    <w:basedOn w:val="a2"/>
    <w:uiPriority w:val="33"/>
    <w:qFormat/>
    <w:rsid w:val="00FC693F"/>
    <w:rPr>
      <w:rFonts w:ascii="Times New Roman" w:eastAsia="Times New Roman" w:hAnsi="Times New Roman"/>
      <w:b/>
      <w:bCs/>
      <w:smallCaps/>
      <w:color w:val="000000"/>
      <w:spacing w:val="5"/>
      <w:sz w:val="28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Times New Roman" w:eastAsia="Times New Roman" w:hAnsi="Times New Roman"/>
    </w:rPr>
  </w:style>
  <w:style w:type="table" w:styleId="aff0">
    <w:name w:val="Table Grid"/>
    <w:basedOn w:val="a3"/>
    <w:uiPriority w:val="59"/>
    <w:rsid w:val="00FC693F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  <w:sz w:val="2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  <w:sz w:val="2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  <w:sz w:val="2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  <w:sz w:val="2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  <w:sz w:val="2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  <w:sz w:val="2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  <w:sz w:val="2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  <w:sz w:val="2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  <w:sz w:val="2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  <w:sz w:val="2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  <w:sz w:val="2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  <w:sz w:val="2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  <w:sz w:val="2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  <w:sz w:val="2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/>
      <w:sz w:val="28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Custom">
    <w:name w:val="TitleCustom"/>
    <w:pPr>
      <w:spacing w:after="120" w:line="252" w:lineRule="auto"/>
    </w:pPr>
    <w:rPr>
      <w:rFonts w:ascii="Times New Roman" w:eastAsia="Times New Roman" w:hAnsi="Times New Roman"/>
      <w:b/>
      <w:color w:val="000000"/>
      <w:sz w:val="28"/>
    </w:rPr>
  </w:style>
  <w:style w:type="paragraph" w:customStyle="1" w:styleId="SubtitleCustom">
    <w:name w:val="SubtitleCustom"/>
    <w:pPr>
      <w:spacing w:line="252" w:lineRule="auto"/>
    </w:pPr>
    <w:rPr>
      <w:rFonts w:ascii="Times New Roman" w:eastAsia="Times New Roman" w:hAnsi="Times New Roman"/>
      <w:color w:val="000000"/>
      <w:sz w:val="28"/>
    </w:rPr>
  </w:style>
  <w:style w:type="paragraph" w:customStyle="1" w:styleId="H1Custom">
    <w:name w:val="H1Custom"/>
    <w:pPr>
      <w:spacing w:before="200" w:after="100" w:line="252" w:lineRule="auto"/>
    </w:pPr>
    <w:rPr>
      <w:rFonts w:ascii="Times New Roman" w:eastAsia="Times New Roman" w:hAnsi="Times New Roman"/>
      <w:b/>
      <w:color w:val="000000"/>
      <w:sz w:val="28"/>
    </w:rPr>
  </w:style>
  <w:style w:type="paragraph" w:customStyle="1" w:styleId="H2Custom">
    <w:name w:val="H2Custom"/>
    <w:pPr>
      <w:spacing w:before="160" w:after="80" w:line="252" w:lineRule="auto"/>
    </w:pPr>
    <w:rPr>
      <w:rFonts w:ascii="Times New Roman" w:eastAsia="Times New Roman" w:hAnsi="Times New Roman"/>
      <w:b/>
      <w:color w:val="000000"/>
      <w:sz w:val="28"/>
    </w:rPr>
  </w:style>
  <w:style w:type="paragraph" w:customStyle="1" w:styleId="SmallCustom">
    <w:name w:val="SmallCustom"/>
    <w:pPr>
      <w:spacing w:after="0" w:line="252" w:lineRule="auto"/>
    </w:pPr>
    <w:rPr>
      <w:rFonts w:ascii="Times New Roman" w:eastAsia="Times New Roman" w:hAnsi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1047</Words>
  <Characters>5972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Людмила Королева</cp:lastModifiedBy>
  <cp:revision>10</cp:revision>
  <dcterms:created xsi:type="dcterms:W3CDTF">2026-09-13T22:52:00Z</dcterms:created>
  <dcterms:modified xsi:type="dcterms:W3CDTF">2026-09-13T23:05:00Z</dcterms:modified>
  <cp:category/>
</cp:coreProperties>
</file>